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D0A9" w14:textId="0BB59442" w:rsidR="00BA6C95" w:rsidRPr="005F0F7F" w:rsidRDefault="00000000" w:rsidP="00563DAA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 xml:space="preserve">JUSTIFICATIVA TÉCNICA PARA ABERTURA DE PROCESSO DE </w:t>
      </w:r>
      <w:r w:rsidR="00585AAB" w:rsidRPr="005F0F7F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DISPENSA DE LICITAÇÃO OU INEXIGIBILIDADE DE LICITAÇÃO</w:t>
      </w:r>
    </w:p>
    <w:p w14:paraId="48A8B54A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0B3FC62E" w14:textId="77777777" w:rsidR="00BA6C95" w:rsidRPr="005F0F7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1. IDENTIFICAÇÃO DO PROJETO</w:t>
      </w:r>
    </w:p>
    <w:p w14:paraId="28A29493" w14:textId="77777777" w:rsidR="00BA6C95" w:rsidRPr="005F0F7F" w:rsidRDefault="00000000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Título do Projeto</w:t>
      </w:r>
      <w:r w:rsidRPr="005F0F7F">
        <w:rPr>
          <w:rFonts w:ascii="Arial" w:hAnsi="Arial" w:cs="Arial"/>
          <w:sz w:val="24"/>
          <w:szCs w:val="24"/>
          <w:lang w:val="pt-BR"/>
        </w:rPr>
        <w:t>: ___________________________________________</w:t>
      </w:r>
    </w:p>
    <w:p w14:paraId="002A9848" w14:textId="77777777" w:rsidR="00BA6C95" w:rsidRPr="005F0F7F" w:rsidRDefault="00000000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Número do Projeto/Convênio</w:t>
      </w:r>
      <w:r w:rsidRPr="005F0F7F">
        <w:rPr>
          <w:rFonts w:ascii="Arial" w:hAnsi="Arial" w:cs="Arial"/>
          <w:sz w:val="24"/>
          <w:szCs w:val="24"/>
          <w:lang w:val="pt-BR"/>
        </w:rPr>
        <w:t>: _________________________________</w:t>
      </w:r>
    </w:p>
    <w:p w14:paraId="7D20C391" w14:textId="77777777" w:rsidR="00BA6C95" w:rsidRPr="005F0F7F" w:rsidRDefault="00000000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Coordenador(a) do Projeto</w:t>
      </w:r>
      <w:r w:rsidRPr="005F0F7F">
        <w:rPr>
          <w:rFonts w:ascii="Arial" w:hAnsi="Arial" w:cs="Arial"/>
          <w:sz w:val="24"/>
          <w:szCs w:val="24"/>
          <w:lang w:val="pt-BR"/>
        </w:rPr>
        <w:t>: __________________________________</w:t>
      </w:r>
    </w:p>
    <w:p w14:paraId="07A2C11F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09D784BA" w14:textId="2FE758A4" w:rsidR="00BA6C95" w:rsidRPr="005F0F7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 xml:space="preserve">2. OBJETO DA </w:t>
      </w:r>
      <w:r w:rsidR="00585AAB" w:rsidRPr="005F0F7F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DISPENSA DE LICITAÇÃO OU INEXIGIBILIDADE DE LICITAÇÃO</w:t>
      </w:r>
    </w:p>
    <w:p w14:paraId="1B080A0A" w14:textId="77777777" w:rsidR="00563DAA" w:rsidRPr="005F0F7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Descrever de forma clara e objetiva o que se pretende contratar/adquirir.</w:t>
      </w:r>
    </w:p>
    <w:p w14:paraId="1E75D0D7" w14:textId="77777777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Exemplo: Aquisição de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equipamentos/serviços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consistindo em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descrição sucinta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conforme especificações técnicas a serem detalhadas no termo de referência.</w:t>
      </w:r>
    </w:p>
    <w:p w14:paraId="5562BACC" w14:textId="77777777" w:rsidR="00BA6C95" w:rsidRPr="005F0F7F" w:rsidRDefault="00BA6C95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7A50644" w14:textId="77777777" w:rsidR="00BA6C95" w:rsidRPr="005F0F7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3. JUSTIFICATIVA TÉCNICA DA NECESSIDADE</w:t>
      </w:r>
    </w:p>
    <w:p w14:paraId="5B9A61BC" w14:textId="77777777" w:rsidR="00563DAA" w:rsidRPr="005F0F7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Descrever a necessidade da contratação/aquisição no contexto do projeto.</w:t>
      </w:r>
    </w:p>
    <w:p w14:paraId="1379D18A" w14:textId="63EF11C1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Exemplo: A presente solicitação justifica-se pela necessidade de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a demanda técnica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considerando que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explicar o problema ou lacuna existente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4368441E" w14:textId="77777777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A indisponibilidade de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equipamento/serviço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 impacta diretamente na execução das atividades relacionadas a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atividades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comprometendo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resultados, prazos ou qualidade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53FD7457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3D651B3A" w14:textId="77777777" w:rsidR="00BA6C95" w:rsidRPr="005F0F7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4. VINCULAÇÃO ÀS METAS E ATIVIDADES DO PROJETO</w:t>
      </w:r>
    </w:p>
    <w:p w14:paraId="6C215740" w14:textId="77777777" w:rsidR="00563DAA" w:rsidRPr="005F0F7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Indicar de forma objetiva a relação com o plano de trabalho.</w:t>
      </w:r>
    </w:p>
    <w:p w14:paraId="561D1CA6" w14:textId="77777777" w:rsidR="00563DAA" w:rsidRPr="005F0F7F" w:rsidRDefault="00563DAA" w:rsidP="00563DAA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Meta(s) vinculada(s):</w:t>
      </w:r>
      <w:r w:rsidRPr="005F0F7F">
        <w:rPr>
          <w:rFonts w:ascii="Arial" w:hAnsi="Arial" w:cs="Arial"/>
          <w:sz w:val="24"/>
          <w:szCs w:val="24"/>
          <w:lang w:val="pt-BR"/>
        </w:rPr>
        <w:t xml:space="preserve"> 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[informar número e descrição]</w:t>
      </w:r>
      <w:r w:rsidRPr="005F0F7F">
        <w:rPr>
          <w:rFonts w:ascii="Arial" w:hAnsi="Arial" w:cs="Arial"/>
          <w:color w:val="EE0000"/>
          <w:sz w:val="24"/>
          <w:szCs w:val="24"/>
          <w:lang w:val="pt-BR"/>
        </w:rPr>
        <w:t xml:space="preserve"> </w:t>
      </w:r>
    </w:p>
    <w:p w14:paraId="35E0E372" w14:textId="77777777" w:rsidR="00563DAA" w:rsidRPr="005F0F7F" w:rsidRDefault="00563DAA" w:rsidP="00563DAA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Atividade(s) relacionada(s):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 xml:space="preserve"> 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 xml:space="preserve">[informar] </w:t>
      </w:r>
    </w:p>
    <w:p w14:paraId="0F826FC6" w14:textId="7F64B963" w:rsidR="00563DAA" w:rsidRPr="005F0F7F" w:rsidRDefault="00563DAA" w:rsidP="00563DAA">
      <w:pPr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lastRenderedPageBreak/>
        <w:t>Exemplo: A aquisição/contratação está diretamente vinculada à(s) meta(s) acima descrita(s), sendo essencial para a execução da(s) atividade(s) de [detalhar], conforme previsto no plano de trabalho aprovado.</w:t>
      </w:r>
    </w:p>
    <w:p w14:paraId="78A9FCAB" w14:textId="77777777" w:rsidR="00563DAA" w:rsidRPr="005F0F7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12EF3A0F" w14:textId="77777777" w:rsidR="00BA6C95" w:rsidRPr="005F0F7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5. CONTRIBUIÇÃO PARA O OBJETO DO PROJETO</w:t>
      </w:r>
    </w:p>
    <w:p w14:paraId="113AF524" w14:textId="77777777" w:rsidR="00563DAA" w:rsidRPr="005F0F7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Explicar como a contratação contribui para o objetivo geral.</w:t>
      </w:r>
    </w:p>
    <w:p w14:paraId="0254B876" w14:textId="18EE772E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Exemplo: A presente contratação contribui para o alcance do objeto do projeto ao possibilitar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contribuição direta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garantindo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ganhos técnicos, operacionais ou científicos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073529B6" w14:textId="77777777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Espera-se, com isso,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resultados esperados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3D160086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101EF005" w14:textId="77777777" w:rsidR="00BA6C95" w:rsidRPr="005F0F7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6. ESPECIFICAÇÃO, QUANTITATIVOS E VALORES ESTIMADOS</w:t>
      </w:r>
    </w:p>
    <w:p w14:paraId="0DEAB368" w14:textId="185C5E58" w:rsidR="00BA6C95" w:rsidRPr="005F0F7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Preencher os itens, quantidades e valores estimados com base na pesquisa de mercado, o qual balizará o valor global da seleção pública.</w:t>
      </w:r>
    </w:p>
    <w:p w14:paraId="103743FA" w14:textId="77777777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i/>
          <w:iCs/>
          <w:sz w:val="24"/>
          <w:szCs w:val="24"/>
          <w:lang w:val="pt-BR"/>
        </w:rPr>
        <w:t>Valor total estimado da contratação: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 xml:space="preserve"> R$ [preencher]</w:t>
      </w:r>
    </w:p>
    <w:p w14:paraId="33379321" w14:textId="77777777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(Os valores devem estar compatíveis com os praticados no mercado.)</w:t>
      </w:r>
    </w:p>
    <w:p w14:paraId="48567661" w14:textId="77777777" w:rsidR="00563DAA" w:rsidRPr="005F0F7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787ABD1F" w14:textId="77777777" w:rsidR="00BA6C95" w:rsidRPr="005F0F7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7. JUSTIFICATIVA DOS QUANTITATIVOS</w:t>
      </w:r>
    </w:p>
    <w:p w14:paraId="30009349" w14:textId="77777777" w:rsidR="00563DAA" w:rsidRPr="005F0F7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Explicar como os quantitativos foram definidos.</w:t>
      </w:r>
    </w:p>
    <w:p w14:paraId="211F17CF" w14:textId="062B32EC" w:rsidR="00563DAA" w:rsidRPr="005F0F7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Os quantitativos foram definidos com base em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 xml:space="preserve">critérios técnicos, número de usuários, demanda estimada, metodologia do </w:t>
      </w:r>
      <w:r w:rsidR="00585AAB"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projeto, entre outros.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sendo suficientes para atender às necessidades previstas durante a execução do projeto.</w:t>
      </w:r>
    </w:p>
    <w:p w14:paraId="1A7E10C4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7155FCFA" w14:textId="77777777" w:rsidR="00BA6C95" w:rsidRPr="005F0F7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8. ADEQUAÇÃO ORÇAMENTÁRIA</w:t>
      </w:r>
    </w:p>
    <w:p w14:paraId="2A5B64F2" w14:textId="77777777" w:rsidR="00563DAA" w:rsidRPr="005F0F7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Indicar a previsão no plano de aplicação.</w:t>
      </w:r>
    </w:p>
    <w:p w14:paraId="0F3C562F" w14:textId="77777777" w:rsidR="00563DAA" w:rsidRPr="005F0F7F" w:rsidRDefault="00563DAA" w:rsidP="00563DAA">
      <w:pPr>
        <w:rPr>
          <w:rFonts w:ascii="Arial" w:hAnsi="Arial" w:cs="Arial"/>
          <w:i/>
          <w:iCs/>
          <w:sz w:val="24"/>
          <w:szCs w:val="24"/>
          <w:lang w:val="pt-BR"/>
        </w:rPr>
      </w:pPr>
      <w:r w:rsidRPr="005F0F7F">
        <w:rPr>
          <w:rFonts w:ascii="Arial" w:hAnsi="Arial" w:cs="Arial"/>
          <w:i/>
          <w:iCs/>
          <w:sz w:val="24"/>
          <w:szCs w:val="24"/>
          <w:lang w:val="pt-BR"/>
        </w:rPr>
        <w:t>A despesa está prevista no plano de aplicação aprovado, na rubrica [</w:t>
      </w:r>
      <w:r w:rsidRPr="005F0F7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informar</w:t>
      </w:r>
      <w:r w:rsidRPr="005F0F7F">
        <w:rPr>
          <w:rFonts w:ascii="Arial" w:hAnsi="Arial" w:cs="Arial"/>
          <w:i/>
          <w:iCs/>
          <w:sz w:val="24"/>
          <w:szCs w:val="24"/>
          <w:lang w:val="pt-BR"/>
        </w:rPr>
        <w:t>], havendo disponibilidade orçamentária para sua execução.</w:t>
      </w:r>
    </w:p>
    <w:p w14:paraId="0ED3D299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6F42F70B" w14:textId="77777777" w:rsidR="00BA6C95" w:rsidRPr="005F0F7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5F0F7F">
        <w:rPr>
          <w:rFonts w:ascii="Arial" w:hAnsi="Arial" w:cs="Arial"/>
          <w:b/>
          <w:bCs/>
          <w:sz w:val="24"/>
          <w:szCs w:val="24"/>
          <w:lang w:val="pt-BR"/>
        </w:rPr>
        <w:t>9. DECLARAÇÃO DA COORDENAÇÃO DO PROJETO</w:t>
      </w:r>
    </w:p>
    <w:p w14:paraId="6B4D13B6" w14:textId="77777777" w:rsidR="00563DAA" w:rsidRPr="005F0F7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5F0F7F">
        <w:rPr>
          <w:rFonts w:ascii="Arial" w:hAnsi="Arial" w:cs="Arial"/>
          <w:color w:val="EE0000"/>
          <w:sz w:val="24"/>
          <w:szCs w:val="24"/>
          <w:lang w:val="pt-BR"/>
        </w:rPr>
        <w:t>Fechamento objetivo.</w:t>
      </w:r>
    </w:p>
    <w:p w14:paraId="093B9881" w14:textId="3411667A" w:rsidR="00563DAA" w:rsidRPr="005F0F7F" w:rsidRDefault="00563DAA" w:rsidP="00585AAB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sz w:val="24"/>
          <w:szCs w:val="24"/>
          <w:lang w:val="pt-BR"/>
        </w:rPr>
        <w:t xml:space="preserve">Diante do exposto, justifica-se a abertura de processo de </w:t>
      </w:r>
      <w:r w:rsidR="00585AAB" w:rsidRPr="005F0F7F">
        <w:rPr>
          <w:rFonts w:ascii="Arial" w:hAnsi="Arial" w:cs="Arial"/>
          <w:color w:val="EE0000"/>
          <w:sz w:val="24"/>
          <w:szCs w:val="24"/>
          <w:lang w:val="pt-BR"/>
        </w:rPr>
        <w:t>dispensa de licitação ou inexigibilidade de licitação</w:t>
      </w:r>
      <w:r w:rsidRPr="005F0F7F">
        <w:rPr>
          <w:rFonts w:ascii="Arial" w:hAnsi="Arial" w:cs="Arial"/>
          <w:sz w:val="24"/>
          <w:szCs w:val="24"/>
          <w:lang w:val="pt-BR"/>
        </w:rPr>
        <w:t xml:space="preserve"> para [</w:t>
      </w:r>
      <w:r w:rsidRPr="005F0F7F">
        <w:rPr>
          <w:rFonts w:ascii="Arial" w:hAnsi="Arial" w:cs="Arial"/>
          <w:color w:val="EE0000"/>
          <w:sz w:val="24"/>
          <w:szCs w:val="24"/>
          <w:lang w:val="pt-BR"/>
        </w:rPr>
        <w:t>aquisição/contratação</w:t>
      </w:r>
      <w:r w:rsidRPr="005F0F7F">
        <w:rPr>
          <w:rFonts w:ascii="Arial" w:hAnsi="Arial" w:cs="Arial"/>
          <w:sz w:val="24"/>
          <w:szCs w:val="24"/>
          <w:lang w:val="pt-BR"/>
        </w:rPr>
        <w:t>], por se tratar de medida necessária ao adequado desenvolvimento do projeto e ao cumprimento de suas metas e resultados.</w:t>
      </w:r>
    </w:p>
    <w:p w14:paraId="770C5B6D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301C5D4F" w14:textId="77777777" w:rsidR="00BA6C95" w:rsidRPr="005F0F7F" w:rsidRDefault="00000000" w:rsidP="00563DAA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sz w:val="24"/>
          <w:szCs w:val="24"/>
          <w:lang w:val="pt-BR"/>
        </w:rPr>
        <w:t>Declaro que as informações acima são verídicas e que a presente solicitação está em conformidade com o plano de trabalho aprovado.</w:t>
      </w:r>
    </w:p>
    <w:p w14:paraId="4B346B27" w14:textId="77777777" w:rsidR="00BA6C95" w:rsidRPr="005F0F7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2866ACED" w14:textId="77777777" w:rsidR="00563DAA" w:rsidRPr="005F0F7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02188A26" w14:textId="77777777" w:rsidR="00563DAA" w:rsidRPr="005F0F7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78A9445C" w14:textId="77777777" w:rsidR="00BA6C95" w:rsidRPr="005F0F7F" w:rsidRDefault="00000000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sz w:val="24"/>
          <w:szCs w:val="24"/>
          <w:lang w:val="pt-BR"/>
        </w:rPr>
        <w:t>______________________________________</w:t>
      </w:r>
    </w:p>
    <w:p w14:paraId="10B08785" w14:textId="77777777" w:rsidR="00BA6C95" w:rsidRPr="005F0F7F" w:rsidRDefault="00000000">
      <w:pPr>
        <w:rPr>
          <w:rFonts w:ascii="Arial" w:hAnsi="Arial" w:cs="Arial"/>
          <w:sz w:val="24"/>
          <w:szCs w:val="24"/>
          <w:lang w:val="pt-BR"/>
        </w:rPr>
      </w:pPr>
      <w:r w:rsidRPr="005F0F7F">
        <w:rPr>
          <w:rFonts w:ascii="Arial" w:hAnsi="Arial" w:cs="Arial"/>
          <w:sz w:val="24"/>
          <w:szCs w:val="24"/>
          <w:lang w:val="pt-BR"/>
        </w:rPr>
        <w:t>Coordenador(a) do Projeto</w:t>
      </w:r>
    </w:p>
    <w:sectPr w:rsidR="00BA6C95" w:rsidRPr="005F0F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4276A8"/>
    <w:multiLevelType w:val="multilevel"/>
    <w:tmpl w:val="D83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603415">
    <w:abstractNumId w:val="8"/>
  </w:num>
  <w:num w:numId="2" w16cid:durableId="438917609">
    <w:abstractNumId w:val="6"/>
  </w:num>
  <w:num w:numId="3" w16cid:durableId="390159354">
    <w:abstractNumId w:val="5"/>
  </w:num>
  <w:num w:numId="4" w16cid:durableId="2077895720">
    <w:abstractNumId w:val="4"/>
  </w:num>
  <w:num w:numId="5" w16cid:durableId="1372877220">
    <w:abstractNumId w:val="7"/>
  </w:num>
  <w:num w:numId="6" w16cid:durableId="1140539202">
    <w:abstractNumId w:val="3"/>
  </w:num>
  <w:num w:numId="7" w16cid:durableId="183790125">
    <w:abstractNumId w:val="2"/>
  </w:num>
  <w:num w:numId="8" w16cid:durableId="883642859">
    <w:abstractNumId w:val="1"/>
  </w:num>
  <w:num w:numId="9" w16cid:durableId="507402310">
    <w:abstractNumId w:val="0"/>
  </w:num>
  <w:num w:numId="10" w16cid:durableId="1902326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74E0"/>
    <w:rsid w:val="00563DAA"/>
    <w:rsid w:val="00585AAB"/>
    <w:rsid w:val="005F0F7F"/>
    <w:rsid w:val="00AA1D8D"/>
    <w:rsid w:val="00AC5360"/>
    <w:rsid w:val="00B47730"/>
    <w:rsid w:val="00BA6C95"/>
    <w:rsid w:val="00CB0664"/>
    <w:rsid w:val="00D916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7C8FC"/>
  <w14:defaultImageDpi w14:val="300"/>
  <w15:docId w15:val="{1F55D846-A766-45E0-B230-08BF2871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Setor de Compras - FEENG</cp:lastModifiedBy>
  <cp:revision>2</cp:revision>
  <dcterms:created xsi:type="dcterms:W3CDTF">2026-08-03T17:37:00Z</dcterms:created>
  <dcterms:modified xsi:type="dcterms:W3CDTF">2026-08-03T17:37:00Z</dcterms:modified>
  <cp:category/>
</cp:coreProperties>
</file>